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الشعر العربي الحديث/ عرار شاعر الأردن/ عز الدين المناصرة/ أدباء أردنيون/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