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التشبيه و الإستعارة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أبو العدوس/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9789957063382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