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المتوقع واللا متوقع في شعر المتنبي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نوال مصطفى إبراهيم/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جرير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328ص.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9789957380960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النقد الأدبي/ التحليل الأدبي/ الشعر العربي/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