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لدراسة 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أبو الشوارب/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800111010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