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المصادر والمشتقات في معجم 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القواميس/ معاجم المصطلحات/ المفردات/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