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امراء الشعر في دولة بني العباس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9772823314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بشار بن برد/ أبو العتاهية/ أبو الطيب المتنبي/ أبو فراس الحمداني/ إبن الفارض/ النثر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