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مباحث في علم اللغة ومناهج البحث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 الهدى لوشن/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الفتح/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اللغة/ مناهج البحث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