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المجتمع الأندلسي/ عصر الموحدين/ الشعر التقليدي/ الشعر الدوري/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