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المغرب العربي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الأطماع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