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غربية و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مال السيد أبو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إسلامي/ حضارة الأندلس/ حضارة الم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