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عباس محجوب/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الإسلام/ الثقافة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