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 د سامية الدريدي/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