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النطقية والفيزيائية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فتح الله الصغير/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التشكيل الصوتي/ فيزياء الصوت/ الخصائص النطقية/ الخصائص الفيزيائية/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