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وتحليل النصوص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رابح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9789957466824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تدريس اللغات/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