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مغامرات النص الإبداعي 1(N°:1)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