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تأويل الشعر وفلسفته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أمين يوسف عودة/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التصوف الإسلامي/ الطرق الصوفية/ الشعر الديني/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