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نحو الخليل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النحو العربي/ الدراسات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