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تطور المصطلح النحوي البصري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أد يحي عطية عبابنة/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جرير للنشر والتوزيع/ 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336ص.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9789957466503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قواعد اللغة/ اللغة العربية/ الدراسات اللغوية/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26/05/2026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