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نقد 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الرقب/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9789957120719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النقد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