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لسانيات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أحمد مداس/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9789957466862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اللسانيات/ فقه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