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 الشيص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زهير أحمد محمد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