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التلقي والسياقات الثقافية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الله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الاتصال/ التلقي/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