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الله الكيش/ د عبد الحميد الهرامة/ د محمد مسعود جبران/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9789959291530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النحو العربي/ نصوص 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