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علمي الدلالة والتخاطب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9789959292438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التخاطب/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