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التنوير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ماكس هوركهايمر/ ثيودور ف ادورنو/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التنوير/ صناعة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