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القارىء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سوزان روبين سليمان/ إنجي كروسمان/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النصوص الأدبية/ القراءة/ الجمهور/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