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الاسلام/ تاريخ الأندلس/ 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