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عبد الحميد مصطفى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حمورابي/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النحو العربي/ السيمائية/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