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اسما المكان والزمان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ناصر عقيل أحمد الزغول/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الإعجاز البلاغي/ القرآن/ إعراب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