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التصحيحات اللغوية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غازي جاسم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9789957478094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