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إلى علم الصوتيات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يحيى بن علي بن يحيى المباركي/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خوازم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80019477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