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ديوان عمر بن ابي ربيعة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عمر بن أبي ربيعة/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صادر/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ديوان/ عمر بن أبي ربيعة/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