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طرفة بن العبد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طرفة بن العبد/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طرفة بن العبد/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