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ديوان حسان بن ثابت الأنصاري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حسان بن ثابت/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صادر/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268ص.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800211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ديوان/ حسان بن ثابت الأنصاري/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