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الفرزدق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الفرزدق/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الفرزدق/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