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المتنبي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المتنبي/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9789953131733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المتنبي/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