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ابواب القصيدة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 البازعي/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80023155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