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 في تاريخ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الفاخوري/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تاريخ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