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التطبيق الصرفي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عبده الراجحي/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النهضة/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9789957064051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قواعد اللغة/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