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الجامع في تاريخ الأدب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حنا الفاخوري/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9953781451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تاريخ الأدب/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