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تعلمية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انطوان الصياح/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النهضة/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9789953470504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طرق التعلم/ تعليم الكتابة/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