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الخطاب وعلم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صلاح 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المصرية/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9789771601975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بلاغة الخطاب/ النص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