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داود غطاشة الشوابكة/ د محمد أحمد صوا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5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