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عهد المرابطين والموحدين بالأندلس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المرابطين 1056-1147/ الموحدون 1130-1269/ ملوك الطوائف 1030-1492/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