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الفني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نبيل راغب/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المصرية/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9789771601975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