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علي فاعور/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9782745108074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نواس/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