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مقامات الحريري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محمد بن قاسم بن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المقامات الأدبية/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