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شعراء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الشعراء العرب/ التراجم/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