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9789990158809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الدلالي/ الإيقاع/ المخاض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