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ابن سهل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سهل الاندلسي/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ابن سهل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